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יהושע - כניסה לארץ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מינוי יהושע וההבטחה חזק ואמץ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רחב והמרגלים ואת חשיבות האמון והנאמנות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סיפור כיבוש יריחו ואת משמעות קיום 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חזק ואמץ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חוט שני באשנב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שבעה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היא נפלה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היא הסתירה והצילה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השבועה שנתנו לה המרגלים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הקיפו אותה שבעה ימים, וביום השביעי שבע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בתחילת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הן חוזרות כמה פעמים כעידוד ליהושע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או 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(המנהיג החדש של העם אחרי משה)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(הצילה את המרגלים ביריחו)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(סימן שנקשר בחלון)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(מילות עידוד מה׳ ליהושע)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(העיר שחומותיה נפלו)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 מת ויהושע הופך למנהיג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ה׳ אומר ליהושע חזק ואמץ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יהושע שולח שני מרגלים ליריחו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רחב מסתירה את המרגלים ונותנים לה שבועה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בני ישראל מקיפים את יריחו שבעה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חומת יריחו נופלת ובית רחב ניצל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לציין אמון, תקווה להצלה, אמונה בכוחם של בני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חשיבות עמידה במילה ונאמנות גם כשקשה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היצירתית, חשוב שתכיל עידוד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רחב הסתירה אותם וסיפקה מידע; השתמשה בחוט שני כסימן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החומה נפלה לאחר הקפה של שבעה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 להתגבר על פחד ולהתמיד למרות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בצפייה בסרטון קצר על כל אחד משלושת הפרקים לפני ביצוע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משמעות אומץ ונאמנות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יהושע - כניסה לארץ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משה מת. יהושע הוא המנהיג החדש. העם צריך לעבור את נהר הירדן ולהיכנס לארץ ישראל. נלמד על יהושע, על אישה בשם רחב, ועל עיר בשם יריחו.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חזק ואמץ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של עידוד ואומץ 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מרגלים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ששולחים לבדוק מצב במקום זר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ביריחו שהסתירה את המרגלים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חוט השני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 אדום שרחב קשרה בחלון כסימן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גבוה שמגן על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חזקה שמחייבת לקיים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עמידה במילה ובהבטחה שנתנו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השתלטות על מקום בכוח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מת לפני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אומרים ליהושע כדי לעודד?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 ואמץ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באשר תלכי אלך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אנכי ה׳ אלהיך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מרגלים נשלחו?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הסתירה את המרגלים?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סימן השתמשו?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דגל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חוט שני באשנב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דלוק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על הדלת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ימים הקיפו את העיר?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קרה לחומה?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נשארה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נפתחה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יהושע היה המנהיג אחרי משה.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רחב בגדה במרגלים ומסרה אותם.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ישראל הבטיחו לרחב להציל אותה ואת משפחתה.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ישראל הקיפו את יריחו פעם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יהושע עבר עם העם את נהר הירדן כדי להיכנס לארץ.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חזק ואמץ נאמרות רק פעם אחת בפרק 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ה׳ אמר ליהושע: __________ ואמץ.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יהושע שלח שני __________ לרגל את העיר יריחו.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רחב הסתירה את המרגלים בביתה שבתוך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רחב קשרה חוט __________ באשנב ביתה.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בני ישראל הקיפו את יריחו __________ 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לאחר שבעה ימים, חומת יריחו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או 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יהושע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שנקשר בחלון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מילות עידוד מה׳ ליהושע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חוט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המנהיג החדש של העם אחרי משה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חזק ואמץ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העיר שחומותיה נפלו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יריחו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הצילה את המרגלים ביריחו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ישראל מקיפים את יריחו שבעה 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רחב מסתירה את המרגלים ונותנים לה שבועה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אומר ליהושע חזק ואמץ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חומת יריחו נופלת ובית רחב ניצל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מת ויהושע הופך למנהיג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יהושע שולח שני מרגלים ליריחו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רחב החליטה לעזור למרגלים למרות הסיכון שבדבר? כתבו לפחות 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ללמוד מהעובדה שבני ישראל קיימו את השבועה לרחב גם אחרי הניצחון? כתבו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עידוד בסגנון חזק ואמץ לחבר או חברה שמתחילים דבר חדש וקשה.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עזר למרגלים ביריחו ואיך?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לחומת יריחו ביום השביעי?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הביטוי חזק ואמץ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יהושע - כניסה לארץ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