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יהושע - כניסה לארץ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 מינוי יהושע וההבטחה חזק ואמץ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סיפור רחב והמרגלים ואת חשיבות האמון והנאמנות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את סיפור כיבוש יריחו ואת משמעות קיום הבטחה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חזק ואמץ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רחב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חוט שני באשנב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שבעה 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היא נפלה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מסופר בתחילת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להפך, היא הסתירה והצילה אותם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השבועה שנתנו לה המרגלים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הם הקיפו אותה שבעה ימים, וביום השביעי שבע פעמים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מתואר בתחילת הפרקים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הן חוזרות כמה פעמים כעידוד ליהושע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חזק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מרגלים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נפלה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דמות או מושג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(המנהיג החדש של העם אחרי משה)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(הצילה את המרגלים ביריחו)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(סימן שנקשר בחלון)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(מילות עידוד מה׳ ליהושע)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(העיר שחומותיה נפלו)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מהלך הסיפור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משה מת ויהושע הופך למנהיג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ה׳ אומר ליהושע חזק ואמץ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יהושע שולח שני מרגלים ליריחו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רחב מסתירה את המרגלים ונותנים לה שבועה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בני ישראל מקיפים את יריחו שבעה 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חומת יריחו נופלת ובית רחב ניצל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פתוחה - יש לציין אמון, תקווה להצלה, אמונה בכוחם של בני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 - חשיבות עמידה במילה ונאמנות גם כשקשה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אישית היצירתית, חשוב שתכיל עידוד אמיתי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רחב הסתירה אותם וסיפקה מידע; השתמשה בחוט שני כסימן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החומה נפלה לאחר הקפה של שבעה 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עידוד להתגבר על פחד ולהתמיד למרות הקושי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בצפייה בסרטון קצר על כל אחד משלושת הפרקים לפני ביצוע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לקיים דיון קצר בכיתה על משמעות אומץ ונאמנות לפני המשימות הפתוחות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בחלקי mc, tf ו-fill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יהושע - כניסה לארץ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משה מת, ועם ישראל עומד מול נהר הירדן עם מנהיג חדש - יהושע בן נון. בדף זה נלמד שלושה פרקים מספר יהושע: המינוי וחזק ואמץ, רחב ושני המרגלים, וחומות יריחו.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מת לפני תחילת סיפורי יהושע שלמדנו?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אהרן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יהושע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המילים שה׳ אומר ליהושע כדי לעודד אותו?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שמע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חזק ואמץ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באשר תלכי אלך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אנכי ה׳ אלהיך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מרגלים שלח יהושע לריגול ביריחו?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הסתירה את המרגלים בביתה?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נעמי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רחב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באיזה סימן השתמשה רחב כדי שיכירו את ביתה?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דגל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חוט שני באשנב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נר דלוק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ציור על הדלת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כמה ימים הקיפו בני ישראל את חומת יריחו?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שבעה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עשרה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יום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קרה לחומת יריחו ביום השביעי?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נשארה שלמה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נפלה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נשרפה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נפתחה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יהושע היה המנהיג אחרי משה.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רחב בגדה במרגלים ומסרה אותם.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 ישראל הבטיחו לרחב להציל אותה ואת משפחתה.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 ישראל הקיפו את יריחו פעם אחת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יהושע עבר עם העם את נהר הירדן כדי להיכנס לארץ.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חזק ואמץ נאמרות רק פעם אחת בפרק א.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ה׳ אמר ליהושע: __________ ואמץ.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יהושע שלח שני __________ לרגל את העיר יריחו.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רחב הסתירה את המרגלים בביתה שבתוך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רחב קשרה חוט __________ באשנב ביתה.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בני ישראל הקיפו את יריחו __________ ימים.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לאחר שבעה ימים, חומת יריחו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דמות או מושג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יהושע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מילות עידוד מה׳ ליהושע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רחב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העיר שחומותיה נפלו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חוט השני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הצילה את המרגלים ביריחו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חזק ואמץ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סימן שנקשר בחלון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יריחו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המנהיג החדש של העם אחרי משה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מהלך הסיפור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ה׳ אומר ליהושע חזק ואמץ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יהושע שולח שני מרגלים ליריחו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 ישראל מקיפים את יריחו שבעה ימים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חומת יריחו נופלת ובית רחב ניצל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משה מת ויהושע הופך למנהיג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רחב מסתירה את המרגלים ונותנים לה שבועה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לדעתכם רחב החליטה לעזור למרגלים למרות הסיכון שבדבר? כתבו לפחות שלוש שורות.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אפשר ללמוד מהעובדה שבני ישראל קיימו את השבועה לרחב גם אחרי הניצחון? כתבו בקצרה.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משפט עידוד בסגנון חזק ואמץ לחבר או חברה שמתחילים דבר חדש וקשה.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עזר למרגלים ביריחו ואיך?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קרה לחומת יריחו ביום השביעי?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המשמעות של הביטוי חזק ואמץ בסיפור?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יהושע - כניסה לארץ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